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3451B" w14:textId="77777777" w:rsidR="00254DF8" w:rsidRPr="0079301A" w:rsidRDefault="00000000">
      <w:pPr>
        <w:pStyle w:val="TitleCenter"/>
        <w:jc w:val="center"/>
        <w:rPr>
          <w:rFonts w:ascii="Arial" w:hAnsi="Arial" w:cs="Arial"/>
        </w:rPr>
      </w:pPr>
      <w:r w:rsidRPr="0079301A">
        <w:rPr>
          <w:rFonts w:ascii="Arial" w:hAnsi="Arial" w:cs="Arial"/>
        </w:rPr>
        <w:t>RFP Vendor Question Submission Document</w:t>
      </w:r>
    </w:p>
    <w:p w14:paraId="482EE5B7" w14:textId="307B97D4" w:rsidR="00254DF8" w:rsidRPr="0079301A" w:rsidRDefault="00000000">
      <w:pPr>
        <w:pStyle w:val="BodyText"/>
        <w:jc w:val="center"/>
        <w:rPr>
          <w:rFonts w:ascii="Arial" w:hAnsi="Arial" w:cs="Arial"/>
        </w:rPr>
      </w:pPr>
      <w:r w:rsidRPr="0079301A">
        <w:rPr>
          <w:rFonts w:ascii="Arial" w:hAnsi="Arial" w:cs="Arial"/>
        </w:rPr>
        <w:t>(</w:t>
      </w:r>
      <w:r w:rsidR="00C914D0" w:rsidRPr="0079301A">
        <w:rPr>
          <w:rFonts w:ascii="Arial" w:hAnsi="Arial" w:cs="Arial"/>
        </w:rPr>
        <w:t>CalHFA</w:t>
      </w:r>
      <w:r w:rsidRPr="0079301A">
        <w:rPr>
          <w:rFonts w:ascii="Cambria Math" w:hAnsi="Cambria Math" w:cs="Cambria Math"/>
        </w:rPr>
        <w:t>‑</w:t>
      </w:r>
      <w:r w:rsidRPr="0079301A">
        <w:rPr>
          <w:rFonts w:ascii="Arial" w:hAnsi="Arial" w:cs="Arial"/>
        </w:rPr>
        <w:t>Optimized Instructions + Template)</w:t>
      </w:r>
    </w:p>
    <w:p w14:paraId="4A2F6D34" w14:textId="77777777" w:rsidR="00254DF8" w:rsidRPr="0079301A" w:rsidRDefault="00254DF8">
      <w:pPr>
        <w:pStyle w:val="BodyText"/>
        <w:rPr>
          <w:rFonts w:ascii="Arial" w:hAnsi="Arial" w:cs="Arial"/>
        </w:rPr>
      </w:pPr>
    </w:p>
    <w:p w14:paraId="187D47EC" w14:textId="77777777" w:rsidR="00254DF8" w:rsidRPr="0079301A" w:rsidRDefault="00000000">
      <w:pPr>
        <w:pStyle w:val="SectionHeading"/>
        <w:rPr>
          <w:rFonts w:ascii="Arial" w:hAnsi="Arial" w:cs="Arial"/>
        </w:rPr>
      </w:pPr>
      <w:r w:rsidRPr="0079301A">
        <w:rPr>
          <w:rFonts w:ascii="Arial" w:hAnsi="Arial" w:cs="Arial"/>
        </w:rPr>
        <w:t>SECTION 1 — VENDOR INSTRUCTIONS</w:t>
      </w:r>
    </w:p>
    <w:p w14:paraId="193CEF05" w14:textId="77777777" w:rsidR="00254DF8" w:rsidRPr="0079301A" w:rsidRDefault="00000000">
      <w:pPr>
        <w:pStyle w:val="BodyText"/>
        <w:rPr>
          <w:rFonts w:ascii="Arial" w:hAnsi="Arial" w:cs="Arial"/>
        </w:rPr>
      </w:pPr>
      <w:r w:rsidRPr="0079301A">
        <w:rPr>
          <w:rFonts w:ascii="Arial" w:hAnsi="Arial" w:cs="Arial"/>
        </w:rPr>
        <w:t>Thank you for your interest in this Request for Proposal (RFP). To ensure fairness and consistent processing of questions across all vendors, you must follow the instructions below exactly.</w:t>
      </w:r>
    </w:p>
    <w:p w14:paraId="51AA54D4" w14:textId="77777777" w:rsidR="00254DF8" w:rsidRPr="0079301A" w:rsidRDefault="00000000">
      <w:pPr>
        <w:pStyle w:val="SectionHeading"/>
        <w:rPr>
          <w:rFonts w:ascii="Arial" w:hAnsi="Arial" w:cs="Arial"/>
        </w:rPr>
      </w:pPr>
      <w:r w:rsidRPr="0079301A">
        <w:rPr>
          <w:rFonts w:ascii="Arial" w:hAnsi="Arial" w:cs="Arial"/>
        </w:rPr>
        <w:t>1. General Requirements</w:t>
      </w:r>
    </w:p>
    <w:p w14:paraId="0E8523D5" w14:textId="77777777" w:rsidR="00254DF8" w:rsidRPr="0079301A" w:rsidRDefault="00000000">
      <w:pPr>
        <w:pStyle w:val="BodyText"/>
        <w:rPr>
          <w:rFonts w:ascii="Arial" w:hAnsi="Arial" w:cs="Arial"/>
        </w:rPr>
      </w:pPr>
      <w:r w:rsidRPr="0079301A">
        <w:rPr>
          <w:rFonts w:ascii="Arial" w:hAnsi="Arial" w:cs="Arial"/>
        </w:rPr>
        <w:t>• Submit all questions in a single consolidated document.</w:t>
      </w:r>
    </w:p>
    <w:p w14:paraId="24BC5B8D" w14:textId="77777777" w:rsidR="00254DF8" w:rsidRPr="0079301A" w:rsidRDefault="00000000">
      <w:pPr>
        <w:pStyle w:val="BodyText"/>
        <w:rPr>
          <w:rFonts w:ascii="Arial" w:hAnsi="Arial" w:cs="Arial"/>
        </w:rPr>
      </w:pPr>
      <w:r w:rsidRPr="0079301A">
        <w:rPr>
          <w:rFonts w:ascii="Arial" w:hAnsi="Arial" w:cs="Arial"/>
        </w:rPr>
        <w:t>• Use only the template provided in Section 2. Do not change field labels or formats.</w:t>
      </w:r>
    </w:p>
    <w:p w14:paraId="6910FA66" w14:textId="77777777" w:rsidR="00254DF8" w:rsidRPr="0079301A" w:rsidRDefault="00000000">
      <w:pPr>
        <w:pStyle w:val="BodyText"/>
        <w:rPr>
          <w:rFonts w:ascii="Arial" w:hAnsi="Arial" w:cs="Arial"/>
        </w:rPr>
      </w:pPr>
      <w:r w:rsidRPr="0079301A">
        <w:rPr>
          <w:rFonts w:ascii="Arial" w:hAnsi="Arial" w:cs="Arial"/>
        </w:rPr>
        <w:t>• Plain text only — no tables, images, bullets, colors, comments, tracked changes, or custom styles.</w:t>
      </w:r>
    </w:p>
    <w:p w14:paraId="4B631483" w14:textId="77777777" w:rsidR="00254DF8" w:rsidRPr="0079301A" w:rsidRDefault="00000000">
      <w:pPr>
        <w:pStyle w:val="BodyText"/>
        <w:rPr>
          <w:rFonts w:ascii="Arial" w:hAnsi="Arial" w:cs="Arial"/>
        </w:rPr>
      </w:pPr>
      <w:r w:rsidRPr="0079301A">
        <w:rPr>
          <w:rFonts w:ascii="Arial" w:hAnsi="Arial" w:cs="Arial"/>
        </w:rPr>
        <w:t>• Each question must be submitted using the QUESTION ENTRY format.</w:t>
      </w:r>
    </w:p>
    <w:p w14:paraId="3316D04A" w14:textId="77777777" w:rsidR="00254DF8" w:rsidRPr="0079301A" w:rsidRDefault="00000000">
      <w:pPr>
        <w:pStyle w:val="BodyText"/>
        <w:rPr>
          <w:rFonts w:ascii="Arial" w:hAnsi="Arial" w:cs="Arial"/>
        </w:rPr>
      </w:pPr>
      <w:r w:rsidRPr="0079301A">
        <w:rPr>
          <w:rFonts w:ascii="Arial" w:hAnsi="Arial" w:cs="Arial"/>
        </w:rPr>
        <w:t>• One question per entry. Do not merge multiple questions or alter the structure.</w:t>
      </w:r>
    </w:p>
    <w:p w14:paraId="0D41738A" w14:textId="77777777" w:rsidR="00254DF8" w:rsidRPr="0079301A" w:rsidRDefault="00000000">
      <w:pPr>
        <w:pStyle w:val="BodyText"/>
        <w:rPr>
          <w:rFonts w:ascii="Arial" w:hAnsi="Arial" w:cs="Arial"/>
        </w:rPr>
      </w:pPr>
      <w:r w:rsidRPr="0079301A">
        <w:rPr>
          <w:rFonts w:ascii="Arial" w:hAnsi="Arial" w:cs="Arial"/>
        </w:rPr>
        <w:t>• Leave one blank line between each QUESTION ENTRY block.</w:t>
      </w:r>
    </w:p>
    <w:p w14:paraId="22FA21A4" w14:textId="77777777" w:rsidR="00254DF8" w:rsidRPr="0079301A" w:rsidRDefault="00000000">
      <w:pPr>
        <w:pStyle w:val="BodyText"/>
        <w:rPr>
          <w:rFonts w:ascii="Arial" w:hAnsi="Arial" w:cs="Arial"/>
        </w:rPr>
      </w:pPr>
      <w:r w:rsidRPr="0079301A">
        <w:rPr>
          <w:rFonts w:ascii="Arial" w:hAnsi="Arial" w:cs="Arial"/>
        </w:rPr>
        <w:t>• You may add as many QUESTION ENTRY blocks as needed; the document expands automatically by copy/paste.</w:t>
      </w:r>
    </w:p>
    <w:p w14:paraId="70E9665E" w14:textId="77777777" w:rsidR="00254DF8" w:rsidRPr="0079301A" w:rsidRDefault="00000000">
      <w:pPr>
        <w:pStyle w:val="SectionHeading"/>
        <w:rPr>
          <w:rFonts w:ascii="Arial" w:hAnsi="Arial" w:cs="Arial"/>
        </w:rPr>
      </w:pPr>
      <w:r w:rsidRPr="0079301A">
        <w:rPr>
          <w:rFonts w:ascii="Arial" w:hAnsi="Arial" w:cs="Arial"/>
        </w:rPr>
        <w:t>2. Required Fields for Each Question</w:t>
      </w:r>
    </w:p>
    <w:p w14:paraId="45092387" w14:textId="77777777" w:rsidR="00254DF8" w:rsidRPr="0079301A" w:rsidRDefault="00000000">
      <w:pPr>
        <w:pStyle w:val="BodyText"/>
        <w:rPr>
          <w:rFonts w:ascii="Arial" w:hAnsi="Arial" w:cs="Arial"/>
        </w:rPr>
      </w:pPr>
      <w:r w:rsidRPr="0079301A">
        <w:rPr>
          <w:rFonts w:ascii="Arial" w:hAnsi="Arial" w:cs="Arial"/>
        </w:rPr>
        <w:t>Every QUESTION ENTRY must contain the following fields exactly as written:</w:t>
      </w:r>
    </w:p>
    <w:p w14:paraId="0AA4C3CB" w14:textId="28FDB631" w:rsidR="00254DF8" w:rsidRPr="0079301A" w:rsidRDefault="0079301A">
      <w:pPr>
        <w:pStyle w:val="BodyText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Pr="0079301A">
        <w:rPr>
          <w:rFonts w:ascii="Arial" w:hAnsi="Arial" w:cs="Arial"/>
        </w:rPr>
        <w:t xml:space="preserve"> Question</w:t>
      </w:r>
      <w:r w:rsidR="00C914D0" w:rsidRPr="0079301A">
        <w:rPr>
          <w:rFonts w:ascii="Arial" w:hAnsi="Arial" w:cs="Arial"/>
        </w:rPr>
        <w:t xml:space="preserve"> </w:t>
      </w:r>
      <w:r w:rsidRPr="0079301A">
        <w:rPr>
          <w:rFonts w:ascii="Arial" w:hAnsi="Arial" w:cs="Arial"/>
        </w:rPr>
        <w:t>Number</w:t>
      </w:r>
    </w:p>
    <w:p w14:paraId="6DF7FCBD" w14:textId="38D77DD0" w:rsidR="00254DF8" w:rsidRPr="0079301A" w:rsidRDefault="0079301A">
      <w:pPr>
        <w:pStyle w:val="BodyText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Pr="0079301A">
        <w:rPr>
          <w:rFonts w:ascii="Arial" w:hAnsi="Arial" w:cs="Arial"/>
        </w:rPr>
        <w:t xml:space="preserve"> RFP</w:t>
      </w:r>
      <w:r w:rsidR="00C914D0" w:rsidRPr="0079301A">
        <w:rPr>
          <w:rFonts w:ascii="Arial" w:hAnsi="Arial" w:cs="Arial"/>
        </w:rPr>
        <w:t xml:space="preserve"> </w:t>
      </w:r>
      <w:r w:rsidRPr="0079301A">
        <w:rPr>
          <w:rFonts w:ascii="Arial" w:hAnsi="Arial" w:cs="Arial"/>
        </w:rPr>
        <w:t>Page</w:t>
      </w:r>
      <w:r w:rsidR="00C914D0" w:rsidRPr="0079301A">
        <w:rPr>
          <w:rFonts w:ascii="Arial" w:hAnsi="Arial" w:cs="Arial"/>
        </w:rPr>
        <w:t xml:space="preserve"> </w:t>
      </w:r>
      <w:r w:rsidRPr="0079301A">
        <w:rPr>
          <w:rFonts w:ascii="Arial" w:hAnsi="Arial" w:cs="Arial"/>
        </w:rPr>
        <w:t>Number</w:t>
      </w:r>
    </w:p>
    <w:p w14:paraId="5DA7CF20" w14:textId="7C107115" w:rsidR="00254DF8" w:rsidRPr="0079301A" w:rsidRDefault="0079301A">
      <w:pPr>
        <w:pStyle w:val="BodyText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Pr="0079301A">
        <w:rPr>
          <w:rFonts w:ascii="Arial" w:hAnsi="Arial" w:cs="Arial"/>
        </w:rPr>
        <w:t xml:space="preserve"> RFP</w:t>
      </w:r>
      <w:r w:rsidR="00C914D0" w:rsidRPr="0079301A">
        <w:rPr>
          <w:rFonts w:ascii="Arial" w:hAnsi="Arial" w:cs="Arial"/>
        </w:rPr>
        <w:t xml:space="preserve"> </w:t>
      </w:r>
      <w:r w:rsidRPr="0079301A">
        <w:rPr>
          <w:rFonts w:ascii="Arial" w:hAnsi="Arial" w:cs="Arial"/>
        </w:rPr>
        <w:t>Section</w:t>
      </w:r>
      <w:r w:rsidR="00C914D0" w:rsidRPr="0079301A">
        <w:rPr>
          <w:rFonts w:ascii="Arial" w:hAnsi="Arial" w:cs="Arial"/>
        </w:rPr>
        <w:t xml:space="preserve"> </w:t>
      </w:r>
      <w:r w:rsidRPr="0079301A">
        <w:rPr>
          <w:rFonts w:ascii="Arial" w:hAnsi="Arial" w:cs="Arial"/>
        </w:rPr>
        <w:t>Number</w:t>
      </w:r>
    </w:p>
    <w:p w14:paraId="09C1F132" w14:textId="2E73E2DB" w:rsidR="00254DF8" w:rsidRPr="0079301A" w:rsidRDefault="0079301A">
      <w:pPr>
        <w:pStyle w:val="BodyText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Pr="0079301A">
        <w:rPr>
          <w:rFonts w:ascii="Arial" w:hAnsi="Arial" w:cs="Arial"/>
        </w:rPr>
        <w:t xml:space="preserve"> Question</w:t>
      </w:r>
      <w:r w:rsidR="00C914D0" w:rsidRPr="0079301A">
        <w:rPr>
          <w:rFonts w:ascii="Arial" w:hAnsi="Arial" w:cs="Arial"/>
        </w:rPr>
        <w:t xml:space="preserve"> </w:t>
      </w:r>
      <w:r w:rsidRPr="0079301A">
        <w:rPr>
          <w:rFonts w:ascii="Arial" w:hAnsi="Arial" w:cs="Arial"/>
        </w:rPr>
        <w:t>Text</w:t>
      </w:r>
    </w:p>
    <w:p w14:paraId="3687D0EA" w14:textId="77777777" w:rsidR="00254DF8" w:rsidRPr="0079301A" w:rsidRDefault="00000000">
      <w:pPr>
        <w:pStyle w:val="BodyText"/>
        <w:rPr>
          <w:rFonts w:ascii="Arial" w:hAnsi="Arial" w:cs="Arial"/>
        </w:rPr>
      </w:pPr>
      <w:r w:rsidRPr="0079301A">
        <w:rPr>
          <w:rFonts w:ascii="Arial" w:hAnsi="Arial" w:cs="Arial"/>
        </w:rPr>
        <w:t>Questions without page and section references may be excluded from the Q&amp;A response.</w:t>
      </w:r>
    </w:p>
    <w:p w14:paraId="1366687E" w14:textId="77777777" w:rsidR="00254DF8" w:rsidRPr="0079301A" w:rsidRDefault="00000000">
      <w:pPr>
        <w:pStyle w:val="SectionHeading"/>
        <w:rPr>
          <w:rFonts w:ascii="Arial" w:hAnsi="Arial" w:cs="Arial"/>
        </w:rPr>
      </w:pPr>
      <w:r w:rsidRPr="0079301A">
        <w:rPr>
          <w:rFonts w:ascii="Arial" w:hAnsi="Arial" w:cs="Arial"/>
        </w:rPr>
        <w:t>3. Adding More Questions</w:t>
      </w:r>
    </w:p>
    <w:p w14:paraId="5AC36830" w14:textId="77777777" w:rsidR="00254DF8" w:rsidRPr="0079301A" w:rsidRDefault="00000000">
      <w:pPr>
        <w:pStyle w:val="BodyText"/>
        <w:rPr>
          <w:rFonts w:ascii="Arial" w:hAnsi="Arial" w:cs="Arial"/>
        </w:rPr>
      </w:pPr>
      <w:r w:rsidRPr="0079301A">
        <w:rPr>
          <w:rFonts w:ascii="Arial" w:hAnsi="Arial" w:cs="Arial"/>
        </w:rPr>
        <w:t>• Copy and paste the entire QUESTION ENTRY block in Section 2 as many times as required.</w:t>
      </w:r>
    </w:p>
    <w:p w14:paraId="1580DF0B" w14:textId="77777777" w:rsidR="00254DF8" w:rsidRPr="0079301A" w:rsidRDefault="00000000">
      <w:pPr>
        <w:pStyle w:val="BodyText"/>
        <w:rPr>
          <w:rFonts w:ascii="Arial" w:hAnsi="Arial" w:cs="Arial"/>
        </w:rPr>
      </w:pPr>
      <w:r w:rsidRPr="0079301A">
        <w:rPr>
          <w:rFonts w:ascii="Arial" w:hAnsi="Arial" w:cs="Arial"/>
        </w:rPr>
        <w:t>• Number entries sequentially: 1, 2, 3, 4…</w:t>
      </w:r>
    </w:p>
    <w:p w14:paraId="0BF9682A" w14:textId="77777777" w:rsidR="00254DF8" w:rsidRPr="0079301A" w:rsidRDefault="00000000">
      <w:pPr>
        <w:pStyle w:val="BodyText"/>
        <w:rPr>
          <w:rFonts w:ascii="Arial" w:hAnsi="Arial" w:cs="Arial"/>
        </w:rPr>
      </w:pPr>
      <w:r w:rsidRPr="0079301A">
        <w:rPr>
          <w:rFonts w:ascii="Arial" w:hAnsi="Arial" w:cs="Arial"/>
        </w:rPr>
        <w:t>• Maintain plain text formatting and spacing rules.</w:t>
      </w:r>
    </w:p>
    <w:p w14:paraId="7A1DCB73" w14:textId="77777777" w:rsidR="00254DF8" w:rsidRPr="0079301A" w:rsidRDefault="00000000">
      <w:pPr>
        <w:pStyle w:val="BodyText"/>
        <w:rPr>
          <w:rFonts w:ascii="Arial" w:hAnsi="Arial" w:cs="Arial"/>
        </w:rPr>
      </w:pPr>
      <w:r w:rsidRPr="0079301A">
        <w:rPr>
          <w:rFonts w:ascii="Arial" w:hAnsi="Arial" w:cs="Arial"/>
        </w:rPr>
        <w:t>• Do not introduce new labels or reorder fields.</w:t>
      </w:r>
    </w:p>
    <w:p w14:paraId="641303D2" w14:textId="21523F25" w:rsidR="00254DF8" w:rsidRPr="0079301A" w:rsidRDefault="00000000">
      <w:pPr>
        <w:pStyle w:val="BodyText"/>
        <w:rPr>
          <w:rFonts w:ascii="Arial" w:hAnsi="Arial" w:cs="Arial"/>
        </w:rPr>
      </w:pPr>
      <w:r w:rsidRPr="0079301A">
        <w:rPr>
          <w:rFonts w:ascii="Arial" w:hAnsi="Arial" w:cs="Arial"/>
        </w:rPr>
        <w:lastRenderedPageBreak/>
        <w:t xml:space="preserve">This ensures that </w:t>
      </w:r>
      <w:r w:rsidR="00C914D0" w:rsidRPr="0079301A">
        <w:rPr>
          <w:rFonts w:ascii="Arial" w:hAnsi="Arial" w:cs="Arial"/>
        </w:rPr>
        <w:t>CalHFA</w:t>
      </w:r>
      <w:r w:rsidRPr="0079301A">
        <w:rPr>
          <w:rFonts w:ascii="Arial" w:hAnsi="Arial" w:cs="Arial"/>
        </w:rPr>
        <w:t xml:space="preserve"> can accurately extract, group, merge, and categorize questions across all vendor submissions.</w:t>
      </w:r>
    </w:p>
    <w:p w14:paraId="488671AB" w14:textId="77777777" w:rsidR="00254DF8" w:rsidRPr="0079301A" w:rsidRDefault="00000000">
      <w:pPr>
        <w:pStyle w:val="SectionHeading"/>
        <w:rPr>
          <w:rFonts w:ascii="Arial" w:hAnsi="Arial" w:cs="Arial"/>
        </w:rPr>
      </w:pPr>
      <w:r w:rsidRPr="0079301A">
        <w:rPr>
          <w:rFonts w:ascii="Arial" w:hAnsi="Arial" w:cs="Arial"/>
        </w:rPr>
        <w:t>4. File Naming and Submission Requirements</w:t>
      </w:r>
    </w:p>
    <w:p w14:paraId="68C399EA" w14:textId="77777777" w:rsidR="00254DF8" w:rsidRPr="0079301A" w:rsidRDefault="00000000">
      <w:pPr>
        <w:pStyle w:val="BodyText"/>
        <w:rPr>
          <w:rFonts w:ascii="Arial" w:hAnsi="Arial" w:cs="Arial"/>
        </w:rPr>
      </w:pPr>
      <w:r w:rsidRPr="0079301A">
        <w:rPr>
          <w:rFonts w:ascii="Arial" w:hAnsi="Arial" w:cs="Arial"/>
        </w:rPr>
        <w:t>File name must follow:</w:t>
      </w:r>
    </w:p>
    <w:p w14:paraId="32F49C52" w14:textId="2ED2C89F" w:rsidR="00254DF8" w:rsidRPr="0079301A" w:rsidRDefault="00000000">
      <w:pPr>
        <w:pStyle w:val="MonoBlock"/>
        <w:rPr>
          <w:rFonts w:ascii="Arial" w:hAnsi="Arial" w:cs="Arial"/>
        </w:rPr>
      </w:pPr>
      <w:r w:rsidRPr="0079301A">
        <w:rPr>
          <w:rFonts w:ascii="Arial" w:hAnsi="Arial" w:cs="Arial"/>
        </w:rPr>
        <w:t>[Vendor</w:t>
      </w:r>
      <w:r w:rsidR="0079301A">
        <w:rPr>
          <w:rFonts w:ascii="Arial" w:hAnsi="Arial" w:cs="Arial"/>
        </w:rPr>
        <w:t xml:space="preserve"> </w:t>
      </w:r>
      <w:r w:rsidRPr="0079301A">
        <w:rPr>
          <w:rFonts w:ascii="Arial" w:hAnsi="Arial" w:cs="Arial"/>
        </w:rPr>
        <w:t>Name] – RFP Questions – [Date]</w:t>
      </w:r>
    </w:p>
    <w:p w14:paraId="6D1DC85C" w14:textId="77777777" w:rsidR="00254DF8" w:rsidRPr="0079301A" w:rsidRDefault="00000000">
      <w:pPr>
        <w:pStyle w:val="BodyText"/>
        <w:rPr>
          <w:rFonts w:ascii="Arial" w:hAnsi="Arial" w:cs="Arial"/>
        </w:rPr>
      </w:pPr>
      <w:r w:rsidRPr="0079301A">
        <w:rPr>
          <w:rFonts w:ascii="Arial" w:hAnsi="Arial" w:cs="Arial"/>
        </w:rPr>
        <w:t>Accepted formats:</w:t>
      </w:r>
    </w:p>
    <w:p w14:paraId="49F74FF7" w14:textId="77777777" w:rsidR="00254DF8" w:rsidRPr="0079301A" w:rsidRDefault="00000000">
      <w:pPr>
        <w:pStyle w:val="BodyText"/>
        <w:rPr>
          <w:rFonts w:ascii="Arial" w:hAnsi="Arial" w:cs="Arial"/>
        </w:rPr>
      </w:pPr>
      <w:r w:rsidRPr="0079301A">
        <w:rPr>
          <w:rFonts w:ascii="Arial" w:hAnsi="Arial" w:cs="Arial"/>
        </w:rPr>
        <w:t>• Word (.docx)</w:t>
      </w:r>
    </w:p>
    <w:p w14:paraId="2FC38DF3" w14:textId="77777777" w:rsidR="00254DF8" w:rsidRPr="0079301A" w:rsidRDefault="00000000">
      <w:pPr>
        <w:pStyle w:val="BodyText"/>
        <w:rPr>
          <w:rFonts w:ascii="Arial" w:hAnsi="Arial" w:cs="Arial"/>
        </w:rPr>
      </w:pPr>
      <w:r w:rsidRPr="0079301A">
        <w:rPr>
          <w:rFonts w:ascii="Arial" w:hAnsi="Arial" w:cs="Arial"/>
        </w:rPr>
        <w:t>Submit questions according to the instructions provided in the main RFP document.</w:t>
      </w:r>
    </w:p>
    <w:p w14:paraId="7C29673C" w14:textId="77777777" w:rsidR="00254DF8" w:rsidRPr="0079301A" w:rsidRDefault="00000000">
      <w:pPr>
        <w:pStyle w:val="SectionHeading"/>
        <w:rPr>
          <w:rFonts w:ascii="Arial" w:hAnsi="Arial" w:cs="Arial"/>
        </w:rPr>
      </w:pPr>
      <w:r w:rsidRPr="0079301A">
        <w:rPr>
          <w:rFonts w:ascii="Arial" w:hAnsi="Arial" w:cs="Arial"/>
        </w:rPr>
        <w:t>5. Prohibited Actions</w:t>
      </w:r>
    </w:p>
    <w:p w14:paraId="5B6A5F55" w14:textId="77777777" w:rsidR="00254DF8" w:rsidRPr="0079301A" w:rsidRDefault="00000000">
      <w:pPr>
        <w:pStyle w:val="BodyText"/>
        <w:rPr>
          <w:rFonts w:ascii="Arial" w:hAnsi="Arial" w:cs="Arial"/>
        </w:rPr>
      </w:pPr>
      <w:r w:rsidRPr="0079301A">
        <w:rPr>
          <w:rFonts w:ascii="Arial" w:hAnsi="Arial" w:cs="Arial"/>
        </w:rPr>
        <w:t>• Do not use tables, grids, charts, or embedded attachments.</w:t>
      </w:r>
    </w:p>
    <w:p w14:paraId="1AD82782" w14:textId="77777777" w:rsidR="00254DF8" w:rsidRPr="0079301A" w:rsidRDefault="00000000">
      <w:pPr>
        <w:pStyle w:val="BodyText"/>
        <w:rPr>
          <w:rFonts w:ascii="Arial" w:hAnsi="Arial" w:cs="Arial"/>
        </w:rPr>
      </w:pPr>
      <w:r w:rsidRPr="0079301A">
        <w:rPr>
          <w:rFonts w:ascii="Arial" w:hAnsi="Arial" w:cs="Arial"/>
        </w:rPr>
        <w:t>• Do not include questions in spreadsheets or alternative formats.</w:t>
      </w:r>
    </w:p>
    <w:p w14:paraId="717061B8" w14:textId="77777777" w:rsidR="00254DF8" w:rsidRPr="0079301A" w:rsidRDefault="00000000">
      <w:pPr>
        <w:pStyle w:val="BodyText"/>
        <w:rPr>
          <w:rFonts w:ascii="Arial" w:hAnsi="Arial" w:cs="Arial"/>
        </w:rPr>
      </w:pPr>
      <w:r w:rsidRPr="0079301A">
        <w:rPr>
          <w:rFonts w:ascii="Arial" w:hAnsi="Arial" w:cs="Arial"/>
        </w:rPr>
        <w:t>• Do not alter or rename field labels.</w:t>
      </w:r>
    </w:p>
    <w:p w14:paraId="7F61B239" w14:textId="77777777" w:rsidR="00254DF8" w:rsidRPr="0079301A" w:rsidRDefault="00000000">
      <w:pPr>
        <w:pStyle w:val="BodyText"/>
        <w:rPr>
          <w:rFonts w:ascii="Arial" w:hAnsi="Arial" w:cs="Arial"/>
        </w:rPr>
      </w:pPr>
      <w:r w:rsidRPr="0079301A">
        <w:rPr>
          <w:rFonts w:ascii="Arial" w:hAnsi="Arial" w:cs="Arial"/>
        </w:rPr>
        <w:t>• Do not submit multiple documents or send supplemental question files.</w:t>
      </w:r>
    </w:p>
    <w:p w14:paraId="61FF2193" w14:textId="77777777" w:rsidR="00254DF8" w:rsidRPr="0079301A" w:rsidRDefault="00000000">
      <w:pPr>
        <w:pStyle w:val="SectionHeading"/>
        <w:rPr>
          <w:rFonts w:ascii="Arial" w:hAnsi="Arial" w:cs="Arial"/>
        </w:rPr>
      </w:pPr>
      <w:r w:rsidRPr="0079301A">
        <w:rPr>
          <w:rFonts w:ascii="Arial" w:hAnsi="Arial" w:cs="Arial"/>
        </w:rPr>
        <w:t>6. Example of a Correct Entry (Delete before submitting)</w:t>
      </w:r>
    </w:p>
    <w:p w14:paraId="13B801C3" w14:textId="1B4C29CF" w:rsidR="00254DF8" w:rsidRPr="0079301A" w:rsidRDefault="00000000">
      <w:pPr>
        <w:pStyle w:val="MonoBlock"/>
        <w:rPr>
          <w:rFonts w:ascii="Arial" w:hAnsi="Arial" w:cs="Arial"/>
        </w:rPr>
      </w:pPr>
      <w:r w:rsidRPr="0079301A">
        <w:rPr>
          <w:rFonts w:ascii="Arial" w:hAnsi="Arial" w:cs="Arial"/>
        </w:rPr>
        <w:t>Question</w:t>
      </w:r>
      <w:r w:rsidR="00C914D0" w:rsidRPr="0079301A">
        <w:rPr>
          <w:rFonts w:ascii="Arial" w:hAnsi="Arial" w:cs="Arial"/>
        </w:rPr>
        <w:t xml:space="preserve"> </w:t>
      </w:r>
      <w:r w:rsidRPr="0079301A">
        <w:rPr>
          <w:rFonts w:ascii="Arial" w:hAnsi="Arial" w:cs="Arial"/>
        </w:rPr>
        <w:t>Number: 1</w:t>
      </w:r>
    </w:p>
    <w:p w14:paraId="152844E6" w14:textId="36EB4D36" w:rsidR="00254DF8" w:rsidRPr="0079301A" w:rsidRDefault="00000000">
      <w:pPr>
        <w:pStyle w:val="MonoBlock"/>
        <w:rPr>
          <w:rFonts w:ascii="Arial" w:hAnsi="Arial" w:cs="Arial"/>
        </w:rPr>
      </w:pPr>
      <w:r w:rsidRPr="0079301A">
        <w:rPr>
          <w:rFonts w:ascii="Arial" w:hAnsi="Arial" w:cs="Arial"/>
        </w:rPr>
        <w:t>RFP</w:t>
      </w:r>
      <w:r w:rsidR="00C914D0" w:rsidRPr="0079301A">
        <w:rPr>
          <w:rFonts w:ascii="Arial" w:hAnsi="Arial" w:cs="Arial"/>
        </w:rPr>
        <w:t xml:space="preserve"> </w:t>
      </w:r>
      <w:r w:rsidRPr="0079301A">
        <w:rPr>
          <w:rFonts w:ascii="Arial" w:hAnsi="Arial" w:cs="Arial"/>
        </w:rPr>
        <w:t>Page</w:t>
      </w:r>
      <w:r w:rsidR="00C914D0" w:rsidRPr="0079301A">
        <w:rPr>
          <w:rFonts w:ascii="Arial" w:hAnsi="Arial" w:cs="Arial"/>
        </w:rPr>
        <w:t xml:space="preserve"> </w:t>
      </w:r>
      <w:r w:rsidRPr="0079301A">
        <w:rPr>
          <w:rFonts w:ascii="Arial" w:hAnsi="Arial" w:cs="Arial"/>
        </w:rPr>
        <w:t>Number: 7</w:t>
      </w:r>
    </w:p>
    <w:p w14:paraId="0ECB82ED" w14:textId="5574AF0E" w:rsidR="00254DF8" w:rsidRPr="0079301A" w:rsidRDefault="00000000">
      <w:pPr>
        <w:pStyle w:val="MonoBlock"/>
        <w:rPr>
          <w:rFonts w:ascii="Arial" w:hAnsi="Arial" w:cs="Arial"/>
        </w:rPr>
      </w:pPr>
      <w:r w:rsidRPr="0079301A">
        <w:rPr>
          <w:rFonts w:ascii="Arial" w:hAnsi="Arial" w:cs="Arial"/>
        </w:rPr>
        <w:t>RFP</w:t>
      </w:r>
      <w:r w:rsidR="00C914D0" w:rsidRPr="0079301A">
        <w:rPr>
          <w:rFonts w:ascii="Arial" w:hAnsi="Arial" w:cs="Arial"/>
        </w:rPr>
        <w:t xml:space="preserve"> </w:t>
      </w:r>
      <w:r w:rsidRPr="0079301A">
        <w:rPr>
          <w:rFonts w:ascii="Arial" w:hAnsi="Arial" w:cs="Arial"/>
        </w:rPr>
        <w:t>Section</w:t>
      </w:r>
      <w:r w:rsidR="00C914D0" w:rsidRPr="0079301A">
        <w:rPr>
          <w:rFonts w:ascii="Arial" w:hAnsi="Arial" w:cs="Arial"/>
        </w:rPr>
        <w:t xml:space="preserve"> </w:t>
      </w:r>
      <w:r w:rsidRPr="0079301A">
        <w:rPr>
          <w:rFonts w:ascii="Arial" w:hAnsi="Arial" w:cs="Arial"/>
        </w:rPr>
        <w:t>Number: 2.4</w:t>
      </w:r>
    </w:p>
    <w:p w14:paraId="306A7638" w14:textId="77777777" w:rsidR="00254DF8" w:rsidRPr="0079301A" w:rsidRDefault="00000000">
      <w:pPr>
        <w:pStyle w:val="MonoBlock"/>
        <w:rPr>
          <w:rFonts w:ascii="Arial" w:hAnsi="Arial" w:cs="Arial"/>
        </w:rPr>
      </w:pPr>
      <w:r w:rsidRPr="0079301A">
        <w:rPr>
          <w:rFonts w:ascii="Arial" w:hAnsi="Arial" w:cs="Arial"/>
        </w:rPr>
        <w:t>QuestionText:</w:t>
      </w:r>
    </w:p>
    <w:p w14:paraId="7F461E0D" w14:textId="77777777" w:rsidR="00254DF8" w:rsidRPr="0079301A" w:rsidRDefault="00000000">
      <w:pPr>
        <w:pStyle w:val="MonoBlock"/>
        <w:rPr>
          <w:rFonts w:ascii="Arial" w:hAnsi="Arial" w:cs="Arial"/>
        </w:rPr>
      </w:pPr>
      <w:r w:rsidRPr="0079301A">
        <w:rPr>
          <w:rFonts w:ascii="Arial" w:hAnsi="Arial" w:cs="Arial"/>
        </w:rPr>
        <w:t>Does the Agency plan to provide historical volume data for the implementation phase?</w:t>
      </w:r>
    </w:p>
    <w:p w14:paraId="56CD9C84" w14:textId="77777777" w:rsidR="003718FE" w:rsidRDefault="003718FE" w:rsidP="003718FE">
      <w:pPr>
        <w:pStyle w:val="MonoBlock"/>
        <w:rPr>
          <w:rFonts w:ascii="Arial" w:hAnsi="Arial" w:cs="Arial"/>
        </w:rPr>
      </w:pPr>
      <w:r>
        <w:rPr>
          <w:rFonts w:ascii="Arial" w:hAnsi="Arial" w:cs="Arial"/>
        </w:rPr>
        <w:t>CalHFA SME Response: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="003718FE" w14:paraId="40DF56FB" w14:textId="77777777" w:rsidTr="00446383">
        <w:tc>
          <w:tcPr>
            <w:tcW w:w="8630" w:type="dxa"/>
          </w:tcPr>
          <w:p w14:paraId="28FA5908" w14:textId="77777777" w:rsidR="003718FE" w:rsidRDefault="003718FE" w:rsidP="00446383">
            <w:pPr>
              <w:pStyle w:val="MonoBlock"/>
              <w:rPr>
                <w:rFonts w:ascii="Arial" w:hAnsi="Arial" w:cs="Arial"/>
              </w:rPr>
            </w:pPr>
          </w:p>
          <w:p w14:paraId="27366305" w14:textId="77777777" w:rsidR="003718FE" w:rsidRDefault="003718FE" w:rsidP="00446383">
            <w:pPr>
              <w:pStyle w:val="MonoBlock"/>
              <w:rPr>
                <w:rFonts w:ascii="Arial" w:hAnsi="Arial" w:cs="Arial"/>
              </w:rPr>
            </w:pPr>
          </w:p>
          <w:p w14:paraId="6C818BDC" w14:textId="77777777" w:rsidR="003718FE" w:rsidRDefault="003718FE" w:rsidP="00446383">
            <w:pPr>
              <w:pStyle w:val="MonoBlock"/>
              <w:rPr>
                <w:rFonts w:ascii="Arial" w:hAnsi="Arial" w:cs="Arial"/>
              </w:rPr>
            </w:pPr>
          </w:p>
        </w:tc>
      </w:tr>
    </w:tbl>
    <w:p w14:paraId="3FFBE583" w14:textId="77777777" w:rsidR="00254DF8" w:rsidRPr="0079301A" w:rsidRDefault="00254DF8">
      <w:pPr>
        <w:pStyle w:val="MonoBlock"/>
        <w:rPr>
          <w:rFonts w:ascii="Arial" w:hAnsi="Arial" w:cs="Arial"/>
        </w:rPr>
      </w:pPr>
    </w:p>
    <w:p w14:paraId="5743AC2F" w14:textId="77777777" w:rsidR="00254DF8" w:rsidRPr="0079301A" w:rsidRDefault="00000000">
      <w:pPr>
        <w:rPr>
          <w:rFonts w:ascii="Arial" w:hAnsi="Arial" w:cs="Arial"/>
        </w:rPr>
      </w:pPr>
      <w:r w:rsidRPr="0079301A">
        <w:rPr>
          <w:rFonts w:ascii="Arial" w:hAnsi="Arial" w:cs="Arial"/>
        </w:rPr>
        <w:br w:type="page"/>
      </w:r>
    </w:p>
    <w:p w14:paraId="5A316961" w14:textId="77777777" w:rsidR="00254DF8" w:rsidRPr="0079301A" w:rsidRDefault="00000000">
      <w:pPr>
        <w:pStyle w:val="SectionHeading"/>
        <w:rPr>
          <w:rFonts w:ascii="Arial" w:hAnsi="Arial" w:cs="Arial"/>
        </w:rPr>
      </w:pPr>
      <w:r w:rsidRPr="0079301A">
        <w:rPr>
          <w:rFonts w:ascii="Arial" w:hAnsi="Arial" w:cs="Arial"/>
        </w:rPr>
        <w:lastRenderedPageBreak/>
        <w:t>SECTION 2 — RFP QUESTION SUBMISSION TEMPLATE</w:t>
      </w:r>
    </w:p>
    <w:p w14:paraId="34A49411" w14:textId="77777777" w:rsidR="00254DF8" w:rsidRPr="0079301A" w:rsidRDefault="00000000">
      <w:pPr>
        <w:pStyle w:val="BodyText"/>
        <w:rPr>
          <w:rFonts w:ascii="Arial" w:hAnsi="Arial" w:cs="Arial"/>
        </w:rPr>
      </w:pPr>
      <w:r w:rsidRPr="0079301A">
        <w:rPr>
          <w:rFonts w:ascii="Arial" w:hAnsi="Arial" w:cs="Arial"/>
        </w:rPr>
        <w:t>(Copy/Paste this block for each question)</w:t>
      </w:r>
    </w:p>
    <w:p w14:paraId="28D1243F" w14:textId="7FCDE076" w:rsidR="00254DF8" w:rsidRPr="0079301A" w:rsidRDefault="00000000">
      <w:pPr>
        <w:pStyle w:val="MonoBlock"/>
        <w:rPr>
          <w:rFonts w:ascii="Arial" w:hAnsi="Arial" w:cs="Arial"/>
        </w:rPr>
      </w:pPr>
      <w:r w:rsidRPr="0079301A">
        <w:rPr>
          <w:rFonts w:ascii="Arial" w:hAnsi="Arial" w:cs="Arial"/>
        </w:rPr>
        <w:t>Question</w:t>
      </w:r>
      <w:r w:rsidR="00C914D0" w:rsidRPr="0079301A">
        <w:rPr>
          <w:rFonts w:ascii="Arial" w:hAnsi="Arial" w:cs="Arial"/>
        </w:rPr>
        <w:t xml:space="preserve"> </w:t>
      </w:r>
      <w:r w:rsidRPr="0079301A">
        <w:rPr>
          <w:rFonts w:ascii="Arial" w:hAnsi="Arial" w:cs="Arial"/>
        </w:rPr>
        <w:t>Number: _____</w:t>
      </w:r>
    </w:p>
    <w:p w14:paraId="7A685714" w14:textId="79148437" w:rsidR="00254DF8" w:rsidRPr="0079301A" w:rsidRDefault="00000000">
      <w:pPr>
        <w:pStyle w:val="MonoBlock"/>
        <w:rPr>
          <w:rFonts w:ascii="Arial" w:hAnsi="Arial" w:cs="Arial"/>
        </w:rPr>
      </w:pPr>
      <w:r w:rsidRPr="0079301A">
        <w:rPr>
          <w:rFonts w:ascii="Arial" w:hAnsi="Arial" w:cs="Arial"/>
        </w:rPr>
        <w:t>RFP</w:t>
      </w:r>
      <w:r w:rsidR="00C914D0" w:rsidRPr="0079301A">
        <w:rPr>
          <w:rFonts w:ascii="Arial" w:hAnsi="Arial" w:cs="Arial"/>
        </w:rPr>
        <w:t xml:space="preserve"> </w:t>
      </w:r>
      <w:r w:rsidRPr="0079301A">
        <w:rPr>
          <w:rFonts w:ascii="Arial" w:hAnsi="Arial" w:cs="Arial"/>
        </w:rPr>
        <w:t>Page</w:t>
      </w:r>
      <w:r w:rsidR="00C914D0" w:rsidRPr="0079301A">
        <w:rPr>
          <w:rFonts w:ascii="Arial" w:hAnsi="Arial" w:cs="Arial"/>
        </w:rPr>
        <w:t xml:space="preserve"> </w:t>
      </w:r>
      <w:r w:rsidRPr="0079301A">
        <w:rPr>
          <w:rFonts w:ascii="Arial" w:hAnsi="Arial" w:cs="Arial"/>
        </w:rPr>
        <w:t>Number: _____</w:t>
      </w:r>
    </w:p>
    <w:p w14:paraId="0FE1A470" w14:textId="4B0DACB7" w:rsidR="00254DF8" w:rsidRPr="0079301A" w:rsidRDefault="00000000">
      <w:pPr>
        <w:pStyle w:val="MonoBlock"/>
        <w:rPr>
          <w:rFonts w:ascii="Arial" w:hAnsi="Arial" w:cs="Arial"/>
        </w:rPr>
      </w:pPr>
      <w:r w:rsidRPr="0079301A">
        <w:rPr>
          <w:rFonts w:ascii="Arial" w:hAnsi="Arial" w:cs="Arial"/>
        </w:rPr>
        <w:t>RFP</w:t>
      </w:r>
      <w:r w:rsidR="00C914D0" w:rsidRPr="0079301A">
        <w:rPr>
          <w:rFonts w:ascii="Arial" w:hAnsi="Arial" w:cs="Arial"/>
        </w:rPr>
        <w:t xml:space="preserve"> </w:t>
      </w:r>
      <w:r w:rsidRPr="0079301A">
        <w:rPr>
          <w:rFonts w:ascii="Arial" w:hAnsi="Arial" w:cs="Arial"/>
        </w:rPr>
        <w:t>Section</w:t>
      </w:r>
      <w:r w:rsidR="00C914D0" w:rsidRPr="0079301A">
        <w:rPr>
          <w:rFonts w:ascii="Arial" w:hAnsi="Arial" w:cs="Arial"/>
        </w:rPr>
        <w:t xml:space="preserve"> </w:t>
      </w:r>
      <w:r w:rsidRPr="0079301A">
        <w:rPr>
          <w:rFonts w:ascii="Arial" w:hAnsi="Arial" w:cs="Arial"/>
        </w:rPr>
        <w:t>Number: _____</w:t>
      </w:r>
    </w:p>
    <w:p w14:paraId="5E6E0E10" w14:textId="77777777" w:rsidR="00254DF8" w:rsidRPr="0079301A" w:rsidRDefault="00254DF8">
      <w:pPr>
        <w:pStyle w:val="MonoBlock"/>
        <w:rPr>
          <w:rFonts w:ascii="Arial" w:hAnsi="Arial" w:cs="Arial"/>
        </w:rPr>
      </w:pPr>
    </w:p>
    <w:p w14:paraId="3F1E708D" w14:textId="66A7C970" w:rsidR="00254DF8" w:rsidRPr="0079301A" w:rsidRDefault="00000000">
      <w:pPr>
        <w:pStyle w:val="MonoBlock"/>
        <w:rPr>
          <w:rFonts w:ascii="Arial" w:hAnsi="Arial" w:cs="Arial"/>
        </w:rPr>
      </w:pPr>
      <w:r w:rsidRPr="0079301A">
        <w:rPr>
          <w:rFonts w:ascii="Arial" w:hAnsi="Arial" w:cs="Arial"/>
        </w:rPr>
        <w:t>Question</w:t>
      </w:r>
      <w:r w:rsidR="00C914D0" w:rsidRPr="0079301A">
        <w:rPr>
          <w:rFonts w:ascii="Arial" w:hAnsi="Arial" w:cs="Arial"/>
        </w:rPr>
        <w:t xml:space="preserve"> </w:t>
      </w:r>
      <w:r w:rsidRPr="0079301A">
        <w:rPr>
          <w:rFonts w:ascii="Arial" w:hAnsi="Arial" w:cs="Arial"/>
        </w:rPr>
        <w:t>Text:</w:t>
      </w:r>
    </w:p>
    <w:p w14:paraId="0DD0AAEA" w14:textId="77777777" w:rsidR="00254DF8" w:rsidRPr="0079301A" w:rsidRDefault="00000000">
      <w:pPr>
        <w:pStyle w:val="MonoBlock"/>
        <w:rPr>
          <w:rFonts w:ascii="Arial" w:hAnsi="Arial" w:cs="Arial"/>
        </w:rPr>
      </w:pPr>
      <w:r w:rsidRPr="0079301A">
        <w:rPr>
          <w:rFonts w:ascii="Arial" w:hAnsi="Arial" w:cs="Arial"/>
        </w:rPr>
        <w:t>_______________________________________________</w:t>
      </w:r>
    </w:p>
    <w:p w14:paraId="193996BF" w14:textId="77777777" w:rsidR="00254DF8" w:rsidRPr="0079301A" w:rsidRDefault="00000000">
      <w:pPr>
        <w:pStyle w:val="MonoBlock"/>
        <w:rPr>
          <w:rFonts w:ascii="Arial" w:hAnsi="Arial" w:cs="Arial"/>
        </w:rPr>
      </w:pPr>
      <w:r w:rsidRPr="0079301A">
        <w:rPr>
          <w:rFonts w:ascii="Arial" w:hAnsi="Arial" w:cs="Arial"/>
        </w:rPr>
        <w:t>_______________________________________________</w:t>
      </w:r>
    </w:p>
    <w:p w14:paraId="5158D8A7" w14:textId="77777777" w:rsidR="00254DF8" w:rsidRDefault="00000000">
      <w:pPr>
        <w:pStyle w:val="MonoBlock"/>
        <w:rPr>
          <w:rFonts w:ascii="Arial" w:hAnsi="Arial" w:cs="Arial"/>
        </w:rPr>
      </w:pPr>
      <w:r w:rsidRPr="0079301A">
        <w:rPr>
          <w:rFonts w:ascii="Arial" w:hAnsi="Arial" w:cs="Arial"/>
        </w:rPr>
        <w:t>_______________________________________________</w:t>
      </w:r>
    </w:p>
    <w:p w14:paraId="3E792F21" w14:textId="77777777" w:rsidR="003718FE" w:rsidRDefault="003718FE">
      <w:pPr>
        <w:pStyle w:val="MonoBlock"/>
        <w:rPr>
          <w:rFonts w:ascii="Arial" w:hAnsi="Arial" w:cs="Arial"/>
        </w:rPr>
      </w:pPr>
    </w:p>
    <w:p w14:paraId="5604FF5F" w14:textId="46FB9161" w:rsidR="003718FE" w:rsidRDefault="003718FE">
      <w:pPr>
        <w:pStyle w:val="MonoBlock"/>
        <w:rPr>
          <w:rFonts w:ascii="Arial" w:hAnsi="Arial" w:cs="Arial"/>
        </w:rPr>
      </w:pPr>
      <w:r>
        <w:rPr>
          <w:rFonts w:ascii="Arial" w:hAnsi="Arial" w:cs="Arial"/>
        </w:rPr>
        <w:t>CalHFA SME Response: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="003718FE" w14:paraId="629ED963" w14:textId="77777777" w:rsidTr="003718FE">
        <w:tc>
          <w:tcPr>
            <w:tcW w:w="8630" w:type="dxa"/>
          </w:tcPr>
          <w:p w14:paraId="0D9C1467" w14:textId="77777777" w:rsidR="003718FE" w:rsidRDefault="003718FE">
            <w:pPr>
              <w:pStyle w:val="MonoBlock"/>
              <w:rPr>
                <w:rFonts w:ascii="Arial" w:hAnsi="Arial" w:cs="Arial"/>
              </w:rPr>
            </w:pPr>
          </w:p>
          <w:p w14:paraId="7A4CD3A2" w14:textId="77777777" w:rsidR="003718FE" w:rsidRDefault="003718FE">
            <w:pPr>
              <w:pStyle w:val="MonoBlock"/>
              <w:rPr>
                <w:rFonts w:ascii="Arial" w:hAnsi="Arial" w:cs="Arial"/>
              </w:rPr>
            </w:pPr>
          </w:p>
          <w:p w14:paraId="4DCA3D4F" w14:textId="77777777" w:rsidR="003718FE" w:rsidRDefault="003718FE">
            <w:pPr>
              <w:pStyle w:val="MonoBlock"/>
              <w:rPr>
                <w:rFonts w:ascii="Arial" w:hAnsi="Arial" w:cs="Arial"/>
              </w:rPr>
            </w:pPr>
          </w:p>
        </w:tc>
      </w:tr>
    </w:tbl>
    <w:p w14:paraId="587C7282" w14:textId="77777777" w:rsidR="00254DF8" w:rsidRPr="0079301A" w:rsidRDefault="00254DF8">
      <w:pPr>
        <w:pStyle w:val="MonoBlock"/>
        <w:rPr>
          <w:rFonts w:ascii="Arial" w:hAnsi="Arial" w:cs="Arial"/>
        </w:rPr>
      </w:pPr>
    </w:p>
    <w:p w14:paraId="62B8CBDF" w14:textId="77777777" w:rsidR="00254DF8" w:rsidRPr="0079301A" w:rsidRDefault="00000000">
      <w:pPr>
        <w:pStyle w:val="BodyText"/>
        <w:rPr>
          <w:rFonts w:ascii="Arial" w:hAnsi="Arial" w:cs="Arial"/>
        </w:rPr>
      </w:pPr>
      <w:r w:rsidRPr="0079301A">
        <w:rPr>
          <w:rFonts w:ascii="Arial" w:hAnsi="Arial" w:cs="Arial"/>
        </w:rPr>
        <w:t>(Add additional QUESTION ENTRY blocks by copying and pasting the entire section above. Do not modify field names.)</w:t>
      </w:r>
    </w:p>
    <w:sectPr w:rsidR="00254DF8" w:rsidRPr="0079301A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85991987">
    <w:abstractNumId w:val="8"/>
  </w:num>
  <w:num w:numId="2" w16cid:durableId="1213424408">
    <w:abstractNumId w:val="6"/>
  </w:num>
  <w:num w:numId="3" w16cid:durableId="1486697986">
    <w:abstractNumId w:val="5"/>
  </w:num>
  <w:num w:numId="4" w16cid:durableId="1405252292">
    <w:abstractNumId w:val="4"/>
  </w:num>
  <w:num w:numId="5" w16cid:durableId="1919051437">
    <w:abstractNumId w:val="7"/>
  </w:num>
  <w:num w:numId="6" w16cid:durableId="1302230801">
    <w:abstractNumId w:val="3"/>
  </w:num>
  <w:num w:numId="7" w16cid:durableId="1254047896">
    <w:abstractNumId w:val="2"/>
  </w:num>
  <w:num w:numId="8" w16cid:durableId="791480637">
    <w:abstractNumId w:val="1"/>
  </w:num>
  <w:num w:numId="9" w16cid:durableId="10048164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0F80"/>
    <w:rsid w:val="000765B7"/>
    <w:rsid w:val="0015074B"/>
    <w:rsid w:val="00254DF8"/>
    <w:rsid w:val="0029639D"/>
    <w:rsid w:val="00326F90"/>
    <w:rsid w:val="003718FE"/>
    <w:rsid w:val="003D2579"/>
    <w:rsid w:val="00437EE7"/>
    <w:rsid w:val="0076743A"/>
    <w:rsid w:val="0079301A"/>
    <w:rsid w:val="0079746E"/>
    <w:rsid w:val="007A68D1"/>
    <w:rsid w:val="00AA1D8D"/>
    <w:rsid w:val="00B47730"/>
    <w:rsid w:val="00C914D0"/>
    <w:rsid w:val="00CB0664"/>
    <w:rsid w:val="00DB1556"/>
    <w:rsid w:val="00E11BC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D70A34A"/>
  <w14:defaultImageDpi w14:val="330"/>
  <w15:docId w15:val="{7A1B8A26-C5B8-4275-829C-460E38C62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itleCenter">
    <w:name w:val="Title Center"/>
    <w:rPr>
      <w:rFonts w:ascii="Calibri" w:hAnsi="Calibri"/>
      <w:b/>
      <w:sz w:val="40"/>
    </w:rPr>
  </w:style>
  <w:style w:type="paragraph" w:customStyle="1" w:styleId="SectionHeading">
    <w:name w:val="Section Heading"/>
    <w:rPr>
      <w:rFonts w:ascii="Calibri" w:hAnsi="Calibri"/>
      <w:b/>
      <w:sz w:val="28"/>
    </w:rPr>
  </w:style>
  <w:style w:type="paragraph" w:customStyle="1" w:styleId="MonoBlock">
    <w:name w:val="Mono Block"/>
    <w:rPr>
      <w:rFonts w:ascii="Courier New" w:hAnsi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378</Words>
  <Characters>2344</Characters>
  <DocSecurity>0</DocSecurity>
  <Lines>46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2026-09-28T15:57:00Z</dcterms:created>
  <dcterms:modified xsi:type="dcterms:W3CDTF">2026-09-28T18:46:00Z</dcterms:modified>
  <cp:category/>
</cp:coreProperties>
</file>